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206" w:rsidRDefault="00DF42DD">
      <w:pPr>
        <w:pStyle w:val="Title"/>
        <w:spacing w:after="120"/>
        <w:jc w:val="center"/>
      </w:pPr>
      <w:r>
        <w:rPr>
          <w:rFonts w:ascii="Aptos Display" w:hAnsi="Aptos Display"/>
        </w:rPr>
        <w:t>Prijavni obrazec za kandidaturo v organe LASR Feral</w:t>
      </w:r>
    </w:p>
    <w:p w:rsidR="00532206" w:rsidRDefault="00DF42DD">
      <w:pPr>
        <w:pStyle w:val="Subtitle"/>
        <w:spacing w:after="100"/>
        <w:jc w:val="center"/>
      </w:pPr>
      <w:r>
        <w:rPr>
          <w:rFonts w:ascii="Aptos" w:hAnsi="Aptos"/>
        </w:rPr>
        <w:t>Volitve članov Upravnega in Nadzornega odbora</w:t>
      </w:r>
    </w:p>
    <w:p w:rsidR="00532206" w:rsidRDefault="00DF42DD">
      <w:pPr>
        <w:spacing w:after="280"/>
        <w:jc w:val="center"/>
        <w:rPr>
          <w:rFonts w:hint="eastAsia"/>
        </w:rPr>
      </w:pPr>
      <w:r>
        <w:rPr>
          <w:b/>
          <w:color w:val="3C3C3C"/>
        </w:rPr>
        <w:t>Skupščina LASR Feral  •  5. november 2026 ob 17.00</w:t>
      </w:r>
    </w:p>
    <w:p w:rsidR="00532206" w:rsidRDefault="00DF42DD" w:rsidP="00643C06">
      <w:pPr>
        <w:spacing w:after="100" w:line="259" w:lineRule="auto"/>
        <w:jc w:val="both"/>
        <w:rPr>
          <w:rFonts w:hint="eastAsia"/>
        </w:rPr>
      </w:pPr>
      <w:r>
        <w:t>Obrazec je namenjen evidentiranju kandidatov za člane Upravnega odbora in Nadzornega odbora LASR Feral. Izpolniti je treba vse podatke, ki se nanašajo na izbrano kandidaturo, ter označiti in podpisati zahtevane izjave.</w:t>
      </w:r>
    </w:p>
    <w:p w:rsidR="00532206" w:rsidRDefault="00DF42DD" w:rsidP="00643C06">
      <w:pPr>
        <w:spacing w:after="140" w:line="259" w:lineRule="auto"/>
        <w:jc w:val="both"/>
      </w:pPr>
      <w:r>
        <w:rPr>
          <w:b/>
        </w:rPr>
        <w:t xml:space="preserve">Rok za oddajo: </w:t>
      </w:r>
      <w:r>
        <w:t>2</w:t>
      </w:r>
      <w:r w:rsidR="00A77D64">
        <w:t>3</w:t>
      </w:r>
      <w:r>
        <w:t>. oktober 2026 do 12.00. Podpisan obrazec se pošlje v skenirani obliki ali z veljavnim elektronskim podpisom na elektronski naslov</w:t>
      </w:r>
      <w:r w:rsidR="00A77D64">
        <w:t xml:space="preserve"> </w:t>
      </w:r>
      <w:hyperlink r:id="rId8" w:history="1">
        <w:r w:rsidR="00643C06" w:rsidRPr="00FD1805">
          <w:rPr>
            <w:rStyle w:val="Hyperlink"/>
          </w:rPr>
          <w:t>info@sredisce-rotunda.si</w:t>
        </w:r>
      </w:hyperlink>
      <w:r w:rsidR="00A77D64">
        <w:t>.</w:t>
      </w:r>
    </w:p>
    <w:p w:rsidR="00532206" w:rsidRDefault="00DF42DD" w:rsidP="00643C06">
      <w:pPr>
        <w:spacing w:after="160" w:line="259" w:lineRule="auto"/>
        <w:jc w:val="both"/>
        <w:rPr>
          <w:rFonts w:hint="eastAsia"/>
        </w:rPr>
      </w:pPr>
      <w:r>
        <w:t>Za štiri mesta javnega sektorja v Upravnem odboru vsaka od štirih občin predlaga enega kandidata. Za mesto javnega sektorja v Nadzornem odboru lahko kandidata predlaga vsak član LASR Feral, ki sodi v javni sektor. Za gospodarski in zasebni sektor lahko kandidate predlagajo člani ustrezne interesne skupine, kandidat pa lahko kandidira tudi na lastni predlog, če je član LASR in izpolnjuje pogoje.</w:t>
      </w:r>
    </w:p>
    <w:p w:rsidR="00532206" w:rsidRDefault="00DF42DD">
      <w:pPr>
        <w:pStyle w:val="Heading1"/>
        <w:spacing w:before="160" w:after="100"/>
      </w:pPr>
      <w:r>
        <w:rPr>
          <w:rFonts w:ascii="Aptos Display" w:hAnsi="Aptos Display"/>
        </w:rPr>
        <w:t>1 Podatki o predlagatelju</w:t>
      </w:r>
    </w:p>
    <w:tbl>
      <w:tblPr>
        <w:tblW w:w="0" w:type="auto"/>
        <w:jc w:val="center"/>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4A0" w:firstRow="1" w:lastRow="0" w:firstColumn="1" w:lastColumn="0" w:noHBand="0" w:noVBand="1"/>
      </w:tblPr>
      <w:tblGrid>
        <w:gridCol w:w="2951"/>
        <w:gridCol w:w="5832"/>
      </w:tblGrid>
      <w:tr w:rsidR="00532206">
        <w:trPr>
          <w:cantSplit/>
          <w:jc w:val="center"/>
        </w:trPr>
        <w:tc>
          <w:tcPr>
            <w:tcW w:w="2951" w:type="dxa"/>
            <w:shd w:val="clear" w:color="auto" w:fill="D9EAF7"/>
            <w:tcMar>
              <w:top w:w="110" w:type="dxa"/>
              <w:left w:w="120" w:type="dxa"/>
              <w:bottom w:w="110" w:type="dxa"/>
              <w:right w:w="120" w:type="dxa"/>
            </w:tcMar>
            <w:vAlign w:val="center"/>
          </w:tcPr>
          <w:p w:rsidR="00532206" w:rsidRDefault="00DF42DD">
            <w:pPr>
              <w:spacing w:after="0"/>
              <w:rPr>
                <w:rFonts w:hint="eastAsia"/>
              </w:rPr>
            </w:pPr>
            <w:r>
              <w:rPr>
                <w:b/>
                <w:sz w:val="19"/>
              </w:rPr>
              <w:t>Polni naziv oziroma ime predlagatelja</w:t>
            </w:r>
          </w:p>
        </w:tc>
        <w:tc>
          <w:tcPr>
            <w:tcW w:w="5832" w:type="dxa"/>
            <w:tcMar>
              <w:top w:w="110" w:type="dxa"/>
              <w:left w:w="120" w:type="dxa"/>
              <w:bottom w:w="110" w:type="dxa"/>
              <w:right w:w="120" w:type="dxa"/>
            </w:tcMar>
            <w:vAlign w:val="center"/>
          </w:tcPr>
          <w:p w:rsidR="00532206" w:rsidRDefault="00DF42DD">
            <w:pPr>
              <w:spacing w:after="0"/>
              <w:rPr>
                <w:rFonts w:hint="eastAsia"/>
              </w:rPr>
            </w:pPr>
            <w:r>
              <w:t> </w:t>
            </w:r>
          </w:p>
        </w:tc>
      </w:tr>
      <w:tr w:rsidR="00532206">
        <w:trPr>
          <w:cantSplit/>
          <w:jc w:val="center"/>
        </w:trPr>
        <w:tc>
          <w:tcPr>
            <w:tcW w:w="2951" w:type="dxa"/>
            <w:shd w:val="clear" w:color="auto" w:fill="D9EAF7"/>
            <w:tcMar>
              <w:top w:w="110" w:type="dxa"/>
              <w:left w:w="120" w:type="dxa"/>
              <w:bottom w:w="110" w:type="dxa"/>
              <w:right w:w="120" w:type="dxa"/>
            </w:tcMar>
            <w:vAlign w:val="center"/>
          </w:tcPr>
          <w:p w:rsidR="00532206" w:rsidRDefault="00DF42DD">
            <w:pPr>
              <w:spacing w:after="0"/>
              <w:rPr>
                <w:rFonts w:hint="eastAsia"/>
              </w:rPr>
            </w:pPr>
            <w:r>
              <w:rPr>
                <w:b/>
                <w:sz w:val="19"/>
              </w:rPr>
              <w:t>Naslov oziroma sedež</w:t>
            </w:r>
          </w:p>
        </w:tc>
        <w:tc>
          <w:tcPr>
            <w:tcW w:w="5832" w:type="dxa"/>
            <w:tcMar>
              <w:top w:w="110" w:type="dxa"/>
              <w:left w:w="120" w:type="dxa"/>
              <w:bottom w:w="110" w:type="dxa"/>
              <w:right w:w="120" w:type="dxa"/>
            </w:tcMar>
            <w:vAlign w:val="center"/>
          </w:tcPr>
          <w:p w:rsidR="00532206" w:rsidRDefault="00DF42DD">
            <w:pPr>
              <w:spacing w:after="0"/>
              <w:rPr>
                <w:rFonts w:hint="eastAsia"/>
              </w:rPr>
            </w:pPr>
            <w:r>
              <w:t> </w:t>
            </w:r>
          </w:p>
        </w:tc>
      </w:tr>
      <w:tr w:rsidR="00532206">
        <w:trPr>
          <w:cantSplit/>
          <w:jc w:val="center"/>
        </w:trPr>
        <w:tc>
          <w:tcPr>
            <w:tcW w:w="2951" w:type="dxa"/>
            <w:shd w:val="clear" w:color="auto" w:fill="D9EAF7"/>
            <w:tcMar>
              <w:top w:w="110" w:type="dxa"/>
              <w:left w:w="120" w:type="dxa"/>
              <w:bottom w:w="110" w:type="dxa"/>
              <w:right w:w="120" w:type="dxa"/>
            </w:tcMar>
            <w:vAlign w:val="center"/>
          </w:tcPr>
          <w:p w:rsidR="00532206" w:rsidRDefault="00DF42DD">
            <w:pPr>
              <w:spacing w:after="0"/>
              <w:rPr>
                <w:rFonts w:hint="eastAsia"/>
              </w:rPr>
            </w:pPr>
            <w:r>
              <w:rPr>
                <w:b/>
                <w:sz w:val="19"/>
              </w:rPr>
              <w:t>Status članstva v LASR Feral</w:t>
            </w:r>
          </w:p>
        </w:tc>
        <w:tc>
          <w:tcPr>
            <w:tcW w:w="5832" w:type="dxa"/>
            <w:tcMar>
              <w:top w:w="110" w:type="dxa"/>
              <w:left w:w="120" w:type="dxa"/>
              <w:bottom w:w="110" w:type="dxa"/>
              <w:right w:w="120" w:type="dxa"/>
            </w:tcMar>
            <w:vAlign w:val="center"/>
          </w:tcPr>
          <w:p w:rsidR="00532206" w:rsidRDefault="00DF42DD">
            <w:pPr>
              <w:spacing w:after="0"/>
              <w:rPr>
                <w:rFonts w:hint="eastAsia"/>
              </w:rPr>
            </w:pPr>
            <w:r>
              <w:t>☐ javni sektor    ☐ gospodarski sektor    ☐ zasebni sektor</w:t>
            </w:r>
          </w:p>
        </w:tc>
      </w:tr>
      <w:tr w:rsidR="00532206">
        <w:trPr>
          <w:cantSplit/>
          <w:jc w:val="center"/>
        </w:trPr>
        <w:tc>
          <w:tcPr>
            <w:tcW w:w="2951" w:type="dxa"/>
            <w:shd w:val="clear" w:color="auto" w:fill="D9EAF7"/>
            <w:tcMar>
              <w:top w:w="110" w:type="dxa"/>
              <w:left w:w="120" w:type="dxa"/>
              <w:bottom w:w="110" w:type="dxa"/>
              <w:right w:w="120" w:type="dxa"/>
            </w:tcMar>
            <w:vAlign w:val="center"/>
          </w:tcPr>
          <w:p w:rsidR="00532206" w:rsidRDefault="00DF42DD">
            <w:pPr>
              <w:spacing w:after="0"/>
              <w:rPr>
                <w:rFonts w:hint="eastAsia"/>
              </w:rPr>
            </w:pPr>
            <w:r>
              <w:rPr>
                <w:b/>
                <w:sz w:val="19"/>
              </w:rPr>
              <w:t>Ime in priimek zakonitega zastopnika ali pooblaščene osebe</w:t>
            </w:r>
          </w:p>
        </w:tc>
        <w:tc>
          <w:tcPr>
            <w:tcW w:w="5832" w:type="dxa"/>
            <w:tcMar>
              <w:top w:w="110" w:type="dxa"/>
              <w:left w:w="120" w:type="dxa"/>
              <w:bottom w:w="110" w:type="dxa"/>
              <w:right w:w="120" w:type="dxa"/>
            </w:tcMar>
            <w:vAlign w:val="center"/>
          </w:tcPr>
          <w:p w:rsidR="00532206" w:rsidRDefault="00DF42DD">
            <w:pPr>
              <w:spacing w:after="0"/>
              <w:rPr>
                <w:rFonts w:hint="eastAsia"/>
              </w:rPr>
            </w:pPr>
            <w:r>
              <w:t> </w:t>
            </w:r>
          </w:p>
        </w:tc>
      </w:tr>
      <w:tr w:rsidR="00532206">
        <w:trPr>
          <w:cantSplit/>
          <w:jc w:val="center"/>
        </w:trPr>
        <w:tc>
          <w:tcPr>
            <w:tcW w:w="2951" w:type="dxa"/>
            <w:shd w:val="clear" w:color="auto" w:fill="D9EAF7"/>
            <w:tcMar>
              <w:top w:w="110" w:type="dxa"/>
              <w:left w:w="120" w:type="dxa"/>
              <w:bottom w:w="110" w:type="dxa"/>
              <w:right w:w="120" w:type="dxa"/>
            </w:tcMar>
            <w:vAlign w:val="center"/>
          </w:tcPr>
          <w:p w:rsidR="00532206" w:rsidRDefault="00DF42DD">
            <w:pPr>
              <w:spacing w:after="0"/>
              <w:rPr>
                <w:rFonts w:hint="eastAsia"/>
              </w:rPr>
            </w:pPr>
            <w:r>
              <w:rPr>
                <w:b/>
                <w:sz w:val="19"/>
              </w:rPr>
              <w:t>Elektronski naslov</w:t>
            </w:r>
          </w:p>
        </w:tc>
        <w:tc>
          <w:tcPr>
            <w:tcW w:w="5832" w:type="dxa"/>
            <w:tcMar>
              <w:top w:w="110" w:type="dxa"/>
              <w:left w:w="120" w:type="dxa"/>
              <w:bottom w:w="110" w:type="dxa"/>
              <w:right w:w="120" w:type="dxa"/>
            </w:tcMar>
            <w:vAlign w:val="center"/>
          </w:tcPr>
          <w:p w:rsidR="00532206" w:rsidRDefault="00DF42DD">
            <w:pPr>
              <w:spacing w:after="0"/>
              <w:rPr>
                <w:rFonts w:hint="eastAsia"/>
              </w:rPr>
            </w:pPr>
            <w:r>
              <w:t> </w:t>
            </w:r>
          </w:p>
        </w:tc>
      </w:tr>
      <w:tr w:rsidR="00532206">
        <w:trPr>
          <w:cantSplit/>
          <w:jc w:val="center"/>
        </w:trPr>
        <w:tc>
          <w:tcPr>
            <w:tcW w:w="2951" w:type="dxa"/>
            <w:shd w:val="clear" w:color="auto" w:fill="D9EAF7"/>
            <w:tcMar>
              <w:top w:w="110" w:type="dxa"/>
              <w:left w:w="120" w:type="dxa"/>
              <w:bottom w:w="110" w:type="dxa"/>
              <w:right w:w="120" w:type="dxa"/>
            </w:tcMar>
            <w:vAlign w:val="center"/>
          </w:tcPr>
          <w:p w:rsidR="00532206" w:rsidRDefault="00DF42DD">
            <w:pPr>
              <w:spacing w:after="0"/>
              <w:rPr>
                <w:rFonts w:hint="eastAsia"/>
              </w:rPr>
            </w:pPr>
            <w:r>
              <w:rPr>
                <w:b/>
                <w:sz w:val="19"/>
              </w:rPr>
              <w:t>Telefonska številka</w:t>
            </w:r>
          </w:p>
        </w:tc>
        <w:tc>
          <w:tcPr>
            <w:tcW w:w="5832" w:type="dxa"/>
            <w:tcMar>
              <w:top w:w="110" w:type="dxa"/>
              <w:left w:w="120" w:type="dxa"/>
              <w:bottom w:w="110" w:type="dxa"/>
              <w:right w:w="120" w:type="dxa"/>
            </w:tcMar>
            <w:vAlign w:val="center"/>
          </w:tcPr>
          <w:p w:rsidR="00532206" w:rsidRDefault="00DF42DD">
            <w:pPr>
              <w:spacing w:after="0"/>
              <w:rPr>
                <w:rFonts w:hint="eastAsia"/>
              </w:rPr>
            </w:pPr>
            <w:r>
              <w:t> </w:t>
            </w:r>
          </w:p>
        </w:tc>
      </w:tr>
    </w:tbl>
    <w:p w:rsidR="00532206" w:rsidRDefault="00532206">
      <w:pPr>
        <w:spacing w:after="20"/>
        <w:rPr>
          <w:rFonts w:hint="eastAsia"/>
        </w:rPr>
      </w:pPr>
    </w:p>
    <w:p w:rsidR="00532206" w:rsidRDefault="00DF42DD" w:rsidP="00643C06">
      <w:pPr>
        <w:spacing w:after="40" w:line="259" w:lineRule="auto"/>
        <w:jc w:val="both"/>
        <w:rPr>
          <w:rFonts w:hint="eastAsia"/>
        </w:rPr>
      </w:pPr>
      <w:r>
        <w:t>Pri kandidaturi na lastni predlog kandidat vpiše svoje podatke tudi kot podatke predlagatelja. Predlog občine za Upravni odbor podpiše župan oziroma druga pooblaščena oseba. Predlog kandidata javnega sektorja za Nadzorni odbor podpiše zakoniti zastopnik oziroma druga pooblaščena oseba člana LASR.</w:t>
      </w:r>
    </w:p>
    <w:p w:rsidR="00532206" w:rsidRDefault="00DF42DD">
      <w:pPr>
        <w:rPr>
          <w:rFonts w:hint="eastAsia"/>
        </w:rPr>
      </w:pPr>
      <w:r>
        <w:br w:type="page"/>
      </w:r>
    </w:p>
    <w:p w:rsidR="00532206" w:rsidRDefault="00DF42DD">
      <w:pPr>
        <w:pStyle w:val="Heading1"/>
        <w:spacing w:before="160" w:after="100"/>
      </w:pPr>
      <w:r>
        <w:rPr>
          <w:rFonts w:ascii="Aptos Display" w:hAnsi="Aptos Display"/>
        </w:rPr>
        <w:lastRenderedPageBreak/>
        <w:t>2 Podatki o kandidatu</w:t>
      </w:r>
    </w:p>
    <w:tbl>
      <w:tblPr>
        <w:tblW w:w="0" w:type="auto"/>
        <w:jc w:val="center"/>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4A0" w:firstRow="1" w:lastRow="0" w:firstColumn="1" w:lastColumn="0" w:noHBand="0" w:noVBand="1"/>
      </w:tblPr>
      <w:tblGrid>
        <w:gridCol w:w="2951"/>
        <w:gridCol w:w="5832"/>
      </w:tblGrid>
      <w:tr w:rsidR="00532206">
        <w:trPr>
          <w:cantSplit/>
          <w:jc w:val="center"/>
        </w:trPr>
        <w:tc>
          <w:tcPr>
            <w:tcW w:w="2951" w:type="dxa"/>
            <w:shd w:val="clear" w:color="auto" w:fill="D9EAF7"/>
            <w:tcMar>
              <w:top w:w="110" w:type="dxa"/>
              <w:left w:w="120" w:type="dxa"/>
              <w:bottom w:w="110" w:type="dxa"/>
              <w:right w:w="120" w:type="dxa"/>
            </w:tcMar>
            <w:vAlign w:val="center"/>
          </w:tcPr>
          <w:p w:rsidR="00532206" w:rsidRDefault="00DF42DD">
            <w:pPr>
              <w:spacing w:after="0"/>
              <w:rPr>
                <w:rFonts w:hint="eastAsia"/>
              </w:rPr>
            </w:pPr>
            <w:r>
              <w:rPr>
                <w:b/>
                <w:sz w:val="19"/>
              </w:rPr>
              <w:t>Ime in priimek</w:t>
            </w:r>
          </w:p>
        </w:tc>
        <w:tc>
          <w:tcPr>
            <w:tcW w:w="5832" w:type="dxa"/>
            <w:tcMar>
              <w:top w:w="110" w:type="dxa"/>
              <w:left w:w="120" w:type="dxa"/>
              <w:bottom w:w="110" w:type="dxa"/>
              <w:right w:w="120" w:type="dxa"/>
            </w:tcMar>
            <w:vAlign w:val="center"/>
          </w:tcPr>
          <w:p w:rsidR="00532206" w:rsidRDefault="00DF42DD">
            <w:pPr>
              <w:spacing w:after="0"/>
              <w:rPr>
                <w:rFonts w:hint="eastAsia"/>
              </w:rPr>
            </w:pPr>
            <w:r>
              <w:t> </w:t>
            </w:r>
          </w:p>
        </w:tc>
      </w:tr>
      <w:tr w:rsidR="00532206">
        <w:trPr>
          <w:cantSplit/>
          <w:jc w:val="center"/>
        </w:trPr>
        <w:tc>
          <w:tcPr>
            <w:tcW w:w="2951" w:type="dxa"/>
            <w:shd w:val="clear" w:color="auto" w:fill="D9EAF7"/>
            <w:tcMar>
              <w:top w:w="110" w:type="dxa"/>
              <w:left w:w="120" w:type="dxa"/>
              <w:bottom w:w="110" w:type="dxa"/>
              <w:right w:w="120" w:type="dxa"/>
            </w:tcMar>
            <w:vAlign w:val="center"/>
          </w:tcPr>
          <w:p w:rsidR="00532206" w:rsidRDefault="00DF42DD">
            <w:pPr>
              <w:spacing w:after="0"/>
              <w:rPr>
                <w:rFonts w:hint="eastAsia"/>
              </w:rPr>
            </w:pPr>
            <w:r>
              <w:rPr>
                <w:b/>
                <w:sz w:val="19"/>
              </w:rPr>
              <w:t>Naslov</w:t>
            </w:r>
          </w:p>
        </w:tc>
        <w:tc>
          <w:tcPr>
            <w:tcW w:w="5832" w:type="dxa"/>
            <w:tcMar>
              <w:top w:w="110" w:type="dxa"/>
              <w:left w:w="120" w:type="dxa"/>
              <w:bottom w:w="110" w:type="dxa"/>
              <w:right w:w="120" w:type="dxa"/>
            </w:tcMar>
            <w:vAlign w:val="center"/>
          </w:tcPr>
          <w:p w:rsidR="00532206" w:rsidRDefault="00DF42DD">
            <w:pPr>
              <w:spacing w:after="0"/>
              <w:rPr>
                <w:rFonts w:hint="eastAsia"/>
              </w:rPr>
            </w:pPr>
            <w:r>
              <w:t> </w:t>
            </w:r>
          </w:p>
        </w:tc>
      </w:tr>
      <w:tr w:rsidR="00532206">
        <w:trPr>
          <w:cantSplit/>
          <w:jc w:val="center"/>
        </w:trPr>
        <w:tc>
          <w:tcPr>
            <w:tcW w:w="2951" w:type="dxa"/>
            <w:shd w:val="clear" w:color="auto" w:fill="D9EAF7"/>
            <w:tcMar>
              <w:top w:w="110" w:type="dxa"/>
              <w:left w:w="120" w:type="dxa"/>
              <w:bottom w:w="110" w:type="dxa"/>
              <w:right w:w="120" w:type="dxa"/>
            </w:tcMar>
            <w:vAlign w:val="center"/>
          </w:tcPr>
          <w:p w:rsidR="00532206" w:rsidRDefault="00DF42DD">
            <w:pPr>
              <w:spacing w:after="0"/>
              <w:rPr>
                <w:rFonts w:hint="eastAsia"/>
              </w:rPr>
            </w:pPr>
            <w:r>
              <w:rPr>
                <w:b/>
                <w:sz w:val="19"/>
              </w:rPr>
              <w:t>Elektronski naslov</w:t>
            </w:r>
          </w:p>
        </w:tc>
        <w:tc>
          <w:tcPr>
            <w:tcW w:w="5832" w:type="dxa"/>
            <w:tcMar>
              <w:top w:w="110" w:type="dxa"/>
              <w:left w:w="120" w:type="dxa"/>
              <w:bottom w:w="110" w:type="dxa"/>
              <w:right w:w="120" w:type="dxa"/>
            </w:tcMar>
            <w:vAlign w:val="center"/>
          </w:tcPr>
          <w:p w:rsidR="00532206" w:rsidRDefault="00DF42DD">
            <w:pPr>
              <w:spacing w:after="0"/>
              <w:rPr>
                <w:rFonts w:hint="eastAsia"/>
              </w:rPr>
            </w:pPr>
            <w:r>
              <w:t> </w:t>
            </w:r>
          </w:p>
        </w:tc>
      </w:tr>
      <w:tr w:rsidR="00532206">
        <w:trPr>
          <w:cantSplit/>
          <w:jc w:val="center"/>
        </w:trPr>
        <w:tc>
          <w:tcPr>
            <w:tcW w:w="2951" w:type="dxa"/>
            <w:shd w:val="clear" w:color="auto" w:fill="D9EAF7"/>
            <w:tcMar>
              <w:top w:w="110" w:type="dxa"/>
              <w:left w:w="120" w:type="dxa"/>
              <w:bottom w:w="110" w:type="dxa"/>
              <w:right w:w="120" w:type="dxa"/>
            </w:tcMar>
            <w:vAlign w:val="center"/>
          </w:tcPr>
          <w:p w:rsidR="00532206" w:rsidRDefault="00DF42DD">
            <w:pPr>
              <w:spacing w:after="0"/>
              <w:rPr>
                <w:rFonts w:hint="eastAsia"/>
              </w:rPr>
            </w:pPr>
            <w:r>
              <w:rPr>
                <w:b/>
                <w:sz w:val="19"/>
              </w:rPr>
              <w:t>Telefonska številka</w:t>
            </w:r>
          </w:p>
        </w:tc>
        <w:tc>
          <w:tcPr>
            <w:tcW w:w="5832" w:type="dxa"/>
            <w:tcMar>
              <w:top w:w="110" w:type="dxa"/>
              <w:left w:w="120" w:type="dxa"/>
              <w:bottom w:w="110" w:type="dxa"/>
              <w:right w:w="120" w:type="dxa"/>
            </w:tcMar>
            <w:vAlign w:val="center"/>
          </w:tcPr>
          <w:p w:rsidR="00532206" w:rsidRDefault="00DF42DD">
            <w:pPr>
              <w:spacing w:after="0"/>
              <w:rPr>
                <w:rFonts w:hint="eastAsia"/>
              </w:rPr>
            </w:pPr>
            <w:r>
              <w:t> </w:t>
            </w:r>
          </w:p>
        </w:tc>
      </w:tr>
      <w:tr w:rsidR="00532206">
        <w:trPr>
          <w:cantSplit/>
          <w:jc w:val="center"/>
        </w:trPr>
        <w:tc>
          <w:tcPr>
            <w:tcW w:w="2951" w:type="dxa"/>
            <w:shd w:val="clear" w:color="auto" w:fill="D9EAF7"/>
            <w:tcMar>
              <w:top w:w="110" w:type="dxa"/>
              <w:left w:w="120" w:type="dxa"/>
              <w:bottom w:w="110" w:type="dxa"/>
              <w:right w:w="120" w:type="dxa"/>
            </w:tcMar>
            <w:vAlign w:val="center"/>
          </w:tcPr>
          <w:p w:rsidR="00532206" w:rsidRDefault="00DF42DD">
            <w:pPr>
              <w:spacing w:after="0"/>
              <w:rPr>
                <w:rFonts w:hint="eastAsia"/>
              </w:rPr>
            </w:pPr>
            <w:r>
              <w:rPr>
                <w:b/>
                <w:sz w:val="19"/>
              </w:rPr>
              <w:t>Organizacija oziroma član LASR, ki ga kandidat predstavlja</w:t>
            </w:r>
          </w:p>
        </w:tc>
        <w:tc>
          <w:tcPr>
            <w:tcW w:w="5832" w:type="dxa"/>
            <w:tcMar>
              <w:top w:w="110" w:type="dxa"/>
              <w:left w:w="120" w:type="dxa"/>
              <w:bottom w:w="110" w:type="dxa"/>
              <w:right w:w="120" w:type="dxa"/>
            </w:tcMar>
            <w:vAlign w:val="center"/>
          </w:tcPr>
          <w:p w:rsidR="00532206" w:rsidRDefault="00DF42DD">
            <w:pPr>
              <w:spacing w:after="0"/>
              <w:rPr>
                <w:rFonts w:hint="eastAsia"/>
              </w:rPr>
            </w:pPr>
            <w:r>
              <w:t> </w:t>
            </w:r>
          </w:p>
        </w:tc>
      </w:tr>
      <w:tr w:rsidR="00532206">
        <w:trPr>
          <w:cantSplit/>
          <w:jc w:val="center"/>
        </w:trPr>
        <w:tc>
          <w:tcPr>
            <w:tcW w:w="2951" w:type="dxa"/>
            <w:shd w:val="clear" w:color="auto" w:fill="D9EAF7"/>
            <w:tcMar>
              <w:top w:w="110" w:type="dxa"/>
              <w:left w:w="120" w:type="dxa"/>
              <w:bottom w:w="110" w:type="dxa"/>
              <w:right w:w="120" w:type="dxa"/>
            </w:tcMar>
            <w:vAlign w:val="center"/>
          </w:tcPr>
          <w:p w:rsidR="00532206" w:rsidRDefault="00DF42DD">
            <w:pPr>
              <w:spacing w:after="0"/>
              <w:rPr>
                <w:rFonts w:hint="eastAsia"/>
              </w:rPr>
            </w:pPr>
            <w:r>
              <w:rPr>
                <w:b/>
                <w:sz w:val="19"/>
              </w:rPr>
              <w:t>Podlaga za zastopanje pravne osebe</w:t>
            </w:r>
          </w:p>
        </w:tc>
        <w:tc>
          <w:tcPr>
            <w:tcW w:w="5832" w:type="dxa"/>
            <w:tcMar>
              <w:top w:w="110" w:type="dxa"/>
              <w:left w:w="120" w:type="dxa"/>
              <w:bottom w:w="110" w:type="dxa"/>
              <w:right w:w="120" w:type="dxa"/>
            </w:tcMar>
            <w:vAlign w:val="center"/>
          </w:tcPr>
          <w:p w:rsidR="00532206" w:rsidRDefault="00DF42DD">
            <w:pPr>
              <w:spacing w:after="0"/>
              <w:rPr>
                <w:rFonts w:hint="eastAsia"/>
              </w:rPr>
            </w:pPr>
            <w:r>
              <w:t>☐ zakoniti zastopnik    ☐ pooblaščeni predstavnik    ☐ drugo: __________________</w:t>
            </w:r>
          </w:p>
        </w:tc>
      </w:tr>
    </w:tbl>
    <w:p w:rsidR="00532206" w:rsidRDefault="00532206">
      <w:pPr>
        <w:spacing w:after="20"/>
        <w:rPr>
          <w:rFonts w:hint="eastAsia"/>
        </w:rPr>
      </w:pPr>
    </w:p>
    <w:p w:rsidR="00532206" w:rsidRDefault="00DF42DD">
      <w:pPr>
        <w:pStyle w:val="Heading1"/>
        <w:spacing w:before="160" w:after="100"/>
      </w:pPr>
      <w:r>
        <w:rPr>
          <w:rFonts w:ascii="Aptos Display" w:hAnsi="Aptos Display"/>
        </w:rPr>
        <w:t>3 Izbira organa in interesne skupine</w:t>
      </w:r>
    </w:p>
    <w:p w:rsidR="00532206" w:rsidRDefault="00DF42DD" w:rsidP="00643C06">
      <w:pPr>
        <w:pStyle w:val="Heading2"/>
        <w:spacing w:before="140" w:after="60"/>
        <w:rPr>
          <w:rFonts w:hint="eastAsia"/>
        </w:rPr>
      </w:pPr>
      <w:r>
        <w:rPr>
          <w:rFonts w:ascii="Aptos Display" w:hAnsi="Aptos Display"/>
        </w:rPr>
        <w:t>3.1 Organ</w:t>
      </w:r>
    </w:p>
    <w:p w:rsidR="00532206" w:rsidRDefault="00DF42DD">
      <w:pPr>
        <w:spacing w:after="60"/>
        <w:ind w:left="72"/>
        <w:rPr>
          <w:rFonts w:hint="eastAsia"/>
        </w:rPr>
      </w:pPr>
      <w:r>
        <w:rPr>
          <w:rFonts w:ascii="Segoe UI Symbol" w:hAnsi="Segoe UI Symbol" w:cs="Segoe UI Symbol"/>
          <w:sz w:val="22"/>
        </w:rPr>
        <w:t>☐</w:t>
      </w:r>
      <w:r>
        <w:rPr>
          <w:sz w:val="22"/>
        </w:rPr>
        <w:t xml:space="preserve">  </w:t>
      </w:r>
      <w:r>
        <w:rPr>
          <w:sz w:val="21"/>
        </w:rPr>
        <w:t>Upravni odbor LASR Feral</w:t>
      </w:r>
    </w:p>
    <w:p w:rsidR="00532206" w:rsidRDefault="00DF42DD">
      <w:pPr>
        <w:spacing w:after="60"/>
        <w:ind w:left="72"/>
        <w:rPr>
          <w:rFonts w:hint="eastAsia"/>
        </w:rPr>
      </w:pPr>
      <w:r>
        <w:rPr>
          <w:sz w:val="22"/>
        </w:rPr>
        <w:t xml:space="preserve">☐  </w:t>
      </w:r>
      <w:r>
        <w:rPr>
          <w:sz w:val="21"/>
        </w:rPr>
        <w:t>Nadzorni odbor LASR Feral</w:t>
      </w:r>
    </w:p>
    <w:p w:rsidR="00532206" w:rsidRDefault="00DF42DD">
      <w:pPr>
        <w:spacing w:after="60"/>
        <w:ind w:left="72"/>
        <w:rPr>
          <w:rFonts w:hint="eastAsia"/>
        </w:rPr>
      </w:pPr>
      <w:r>
        <w:rPr>
          <w:sz w:val="22"/>
        </w:rPr>
        <w:t xml:space="preserve">☐  </w:t>
      </w:r>
      <w:r>
        <w:rPr>
          <w:sz w:val="21"/>
        </w:rPr>
        <w:t>Oba organa, pri čemer bom pred volitvami izbral eno kandidaturo oziroma se bo ob izvolitvi v Upravni odbor moja kandidatura za Nadzorni odbor umaknila</w:t>
      </w:r>
    </w:p>
    <w:p w:rsidR="00532206" w:rsidRDefault="00DF42DD">
      <w:pPr>
        <w:pStyle w:val="Heading2"/>
        <w:spacing w:before="140" w:after="60"/>
      </w:pPr>
      <w:r>
        <w:rPr>
          <w:rFonts w:ascii="Aptos Display" w:hAnsi="Aptos Display"/>
        </w:rPr>
        <w:t>3.2 Interesna skupina</w:t>
      </w:r>
    </w:p>
    <w:p w:rsidR="00532206" w:rsidRDefault="00DF42DD">
      <w:pPr>
        <w:spacing w:after="60"/>
        <w:ind w:left="72"/>
        <w:rPr>
          <w:rFonts w:hint="eastAsia"/>
        </w:rPr>
      </w:pPr>
      <w:r>
        <w:rPr>
          <w:sz w:val="22"/>
        </w:rPr>
        <w:t xml:space="preserve">☐  </w:t>
      </w:r>
      <w:r>
        <w:rPr>
          <w:sz w:val="21"/>
        </w:rPr>
        <w:t>javni sektor</w:t>
      </w:r>
    </w:p>
    <w:p w:rsidR="00532206" w:rsidRDefault="00DF42DD">
      <w:pPr>
        <w:spacing w:after="60"/>
        <w:ind w:left="72"/>
        <w:rPr>
          <w:rFonts w:hint="eastAsia"/>
        </w:rPr>
      </w:pPr>
      <w:r>
        <w:rPr>
          <w:sz w:val="22"/>
        </w:rPr>
        <w:t xml:space="preserve">☐  </w:t>
      </w:r>
      <w:r>
        <w:rPr>
          <w:sz w:val="21"/>
        </w:rPr>
        <w:t>gospodarski sektor s področja ribištva oziroma akvakulture</w:t>
      </w:r>
    </w:p>
    <w:p w:rsidR="00532206" w:rsidRDefault="00DF42DD">
      <w:pPr>
        <w:spacing w:after="60"/>
        <w:ind w:left="72"/>
        <w:rPr>
          <w:rFonts w:hint="eastAsia"/>
        </w:rPr>
      </w:pPr>
      <w:r>
        <w:rPr>
          <w:sz w:val="22"/>
        </w:rPr>
        <w:t xml:space="preserve">☐  </w:t>
      </w:r>
      <w:r>
        <w:rPr>
          <w:sz w:val="21"/>
        </w:rPr>
        <w:t>zasebni sektor</w:t>
      </w:r>
    </w:p>
    <w:p w:rsidR="00532206" w:rsidRDefault="00532206">
      <w:pPr>
        <w:spacing w:after="20"/>
        <w:rPr>
          <w:rFonts w:hint="eastAsia"/>
        </w:rPr>
      </w:pPr>
    </w:p>
    <w:p w:rsidR="00532206" w:rsidRDefault="00DF42DD">
      <w:pPr>
        <w:rPr>
          <w:rFonts w:hint="eastAsia"/>
        </w:rPr>
      </w:pPr>
      <w:r>
        <w:br w:type="page"/>
      </w:r>
    </w:p>
    <w:p w:rsidR="00532206" w:rsidRDefault="00DF42DD">
      <w:pPr>
        <w:pStyle w:val="Heading1"/>
        <w:spacing w:before="160" w:after="100"/>
      </w:pPr>
      <w:r>
        <w:rPr>
          <w:rFonts w:ascii="Aptos Display" w:hAnsi="Aptos Display"/>
        </w:rPr>
        <w:t>4 Predstavitev kandidata</w:t>
      </w:r>
    </w:p>
    <w:tbl>
      <w:tblPr>
        <w:tblW w:w="0" w:type="auto"/>
        <w:jc w:val="center"/>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4A0" w:firstRow="1" w:lastRow="0" w:firstColumn="1" w:lastColumn="0" w:noHBand="0" w:noVBand="1"/>
      </w:tblPr>
      <w:tblGrid>
        <w:gridCol w:w="9619"/>
      </w:tblGrid>
      <w:tr w:rsidR="00532206">
        <w:trPr>
          <w:cantSplit/>
          <w:jc w:val="center"/>
        </w:trPr>
        <w:tc>
          <w:tcPr>
            <w:tcW w:w="9619" w:type="dxa"/>
            <w:shd w:val="clear" w:color="auto" w:fill="D9EAF7"/>
            <w:tcMar>
              <w:top w:w="110" w:type="dxa"/>
              <w:left w:w="120" w:type="dxa"/>
              <w:bottom w:w="110" w:type="dxa"/>
              <w:right w:w="120" w:type="dxa"/>
            </w:tcMar>
          </w:tcPr>
          <w:p w:rsidR="00532206" w:rsidRDefault="00DF42DD">
            <w:pPr>
              <w:spacing w:after="0"/>
              <w:rPr>
                <w:rFonts w:hint="eastAsia"/>
              </w:rPr>
            </w:pPr>
            <w:r>
              <w:rPr>
                <w:b/>
                <w:sz w:val="19"/>
              </w:rPr>
              <w:t>Znanja in strokovne izkušnje, pomembne za delo v organu</w:t>
            </w:r>
            <w:r>
              <w:rPr>
                <w:color w:val="505050"/>
                <w:sz w:val="18"/>
              </w:rPr>
              <w:t xml:space="preserve">  Predstavite predvsem izkušnje z lokalnim razvojem, ribištvom, akvakulturo, upravljanjem, nadzorom ali delom v partnerstvih.</w:t>
            </w:r>
          </w:p>
        </w:tc>
      </w:tr>
      <w:tr w:rsidR="00532206">
        <w:trPr>
          <w:cantSplit/>
          <w:jc w:val="center"/>
        </w:trPr>
        <w:tc>
          <w:tcPr>
            <w:tcW w:w="9619" w:type="dxa"/>
            <w:tcMar>
              <w:top w:w="90" w:type="dxa"/>
              <w:left w:w="120" w:type="dxa"/>
              <w:bottom w:w="90" w:type="dxa"/>
              <w:right w:w="120" w:type="dxa"/>
            </w:tcMar>
          </w:tcPr>
          <w:p w:rsidR="00532206" w:rsidRDefault="00DF42DD">
            <w:pPr>
              <w:spacing w:after="0"/>
              <w:rPr>
                <w:rFonts w:hint="eastAsia"/>
              </w:rPr>
            </w:pPr>
            <w:r>
              <w:t> </w:t>
            </w:r>
          </w:p>
          <w:p w:rsidR="00532206" w:rsidRDefault="00DF42DD">
            <w:pPr>
              <w:spacing w:after="0"/>
              <w:rPr>
                <w:rFonts w:hint="eastAsia"/>
              </w:rPr>
            </w:pPr>
            <w:r>
              <w:t> </w:t>
            </w:r>
          </w:p>
          <w:p w:rsidR="00532206" w:rsidRDefault="00DF42DD">
            <w:pPr>
              <w:spacing w:after="0"/>
              <w:rPr>
                <w:rFonts w:hint="eastAsia"/>
              </w:rPr>
            </w:pPr>
            <w:r>
              <w:t> </w:t>
            </w:r>
          </w:p>
          <w:p w:rsidR="00532206" w:rsidRDefault="00DF42DD">
            <w:pPr>
              <w:spacing w:after="0"/>
              <w:rPr>
                <w:rFonts w:hint="eastAsia"/>
              </w:rPr>
            </w:pPr>
            <w:r>
              <w:t> </w:t>
            </w:r>
          </w:p>
          <w:p w:rsidR="00532206" w:rsidRDefault="00DF42DD">
            <w:pPr>
              <w:spacing w:after="0"/>
              <w:rPr>
                <w:rFonts w:hint="eastAsia"/>
              </w:rPr>
            </w:pPr>
            <w:r>
              <w:t> </w:t>
            </w:r>
          </w:p>
          <w:p w:rsidR="00532206" w:rsidRDefault="00DF42DD">
            <w:pPr>
              <w:spacing w:after="0"/>
              <w:rPr>
                <w:rFonts w:hint="eastAsia"/>
              </w:rPr>
            </w:pPr>
            <w:r>
              <w:t> </w:t>
            </w:r>
          </w:p>
          <w:p w:rsidR="00532206" w:rsidRDefault="00DF42DD">
            <w:pPr>
              <w:spacing w:after="0"/>
              <w:rPr>
                <w:rFonts w:hint="eastAsia"/>
              </w:rPr>
            </w:pPr>
            <w:r>
              <w:t> </w:t>
            </w:r>
          </w:p>
          <w:p w:rsidR="00532206" w:rsidRDefault="00DF42DD">
            <w:pPr>
              <w:spacing w:after="0"/>
              <w:rPr>
                <w:rFonts w:hint="eastAsia"/>
              </w:rPr>
            </w:pPr>
            <w:r>
              <w:t> </w:t>
            </w:r>
          </w:p>
        </w:tc>
      </w:tr>
    </w:tbl>
    <w:p w:rsidR="00532206" w:rsidRDefault="00532206">
      <w:pPr>
        <w:spacing w:after="20"/>
        <w:rPr>
          <w:rFonts w:hint="eastAsia"/>
        </w:rPr>
      </w:pPr>
    </w:p>
    <w:tbl>
      <w:tblPr>
        <w:tblW w:w="0" w:type="auto"/>
        <w:jc w:val="center"/>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4A0" w:firstRow="1" w:lastRow="0" w:firstColumn="1" w:lastColumn="0" w:noHBand="0" w:noVBand="1"/>
      </w:tblPr>
      <w:tblGrid>
        <w:gridCol w:w="9619"/>
      </w:tblGrid>
      <w:tr w:rsidR="00532206">
        <w:trPr>
          <w:cantSplit/>
          <w:jc w:val="center"/>
        </w:trPr>
        <w:tc>
          <w:tcPr>
            <w:tcW w:w="9619" w:type="dxa"/>
            <w:shd w:val="clear" w:color="auto" w:fill="D9EAF7"/>
            <w:tcMar>
              <w:top w:w="110" w:type="dxa"/>
              <w:left w:w="120" w:type="dxa"/>
              <w:bottom w:w="110" w:type="dxa"/>
              <w:right w:w="120" w:type="dxa"/>
            </w:tcMar>
          </w:tcPr>
          <w:p w:rsidR="00532206" w:rsidRDefault="00DF42DD">
            <w:pPr>
              <w:spacing w:after="0"/>
              <w:rPr>
                <w:rFonts w:hint="eastAsia"/>
              </w:rPr>
            </w:pPr>
            <w:r>
              <w:rPr>
                <w:b/>
                <w:sz w:val="19"/>
              </w:rPr>
              <w:t>Motivacija in predvideni prispevek k delu LASR Feral</w:t>
            </w:r>
            <w:r>
              <w:rPr>
                <w:color w:val="505050"/>
                <w:sz w:val="18"/>
              </w:rPr>
              <w:t xml:space="preserve">  Opišite, kako boste prispevali k delu organa in uresničevanju Strategije lokalnega razvoja.</w:t>
            </w:r>
          </w:p>
        </w:tc>
      </w:tr>
      <w:tr w:rsidR="00532206">
        <w:trPr>
          <w:cantSplit/>
          <w:jc w:val="center"/>
        </w:trPr>
        <w:tc>
          <w:tcPr>
            <w:tcW w:w="9619" w:type="dxa"/>
            <w:tcMar>
              <w:top w:w="90" w:type="dxa"/>
              <w:left w:w="120" w:type="dxa"/>
              <w:bottom w:w="90" w:type="dxa"/>
              <w:right w:w="120" w:type="dxa"/>
            </w:tcMar>
          </w:tcPr>
          <w:p w:rsidR="00532206" w:rsidRDefault="00DF42DD">
            <w:pPr>
              <w:spacing w:after="0"/>
              <w:rPr>
                <w:rFonts w:hint="eastAsia"/>
              </w:rPr>
            </w:pPr>
            <w:r>
              <w:t> </w:t>
            </w:r>
          </w:p>
          <w:p w:rsidR="00532206" w:rsidRDefault="00DF42DD">
            <w:pPr>
              <w:spacing w:after="0"/>
              <w:rPr>
                <w:rFonts w:hint="eastAsia"/>
              </w:rPr>
            </w:pPr>
            <w:r>
              <w:t> </w:t>
            </w:r>
          </w:p>
          <w:p w:rsidR="00532206" w:rsidRDefault="00DF42DD">
            <w:pPr>
              <w:spacing w:after="0"/>
              <w:rPr>
                <w:rFonts w:hint="eastAsia"/>
              </w:rPr>
            </w:pPr>
            <w:r>
              <w:t> </w:t>
            </w:r>
          </w:p>
          <w:p w:rsidR="00532206" w:rsidRDefault="00DF42DD">
            <w:pPr>
              <w:spacing w:after="0"/>
              <w:rPr>
                <w:rFonts w:hint="eastAsia"/>
              </w:rPr>
            </w:pPr>
            <w:r>
              <w:t> </w:t>
            </w:r>
          </w:p>
          <w:p w:rsidR="00532206" w:rsidRDefault="00DF42DD">
            <w:pPr>
              <w:spacing w:after="0"/>
              <w:rPr>
                <w:rFonts w:hint="eastAsia"/>
              </w:rPr>
            </w:pPr>
            <w:r>
              <w:t> </w:t>
            </w:r>
          </w:p>
          <w:p w:rsidR="00532206" w:rsidRDefault="00DF42DD">
            <w:pPr>
              <w:spacing w:after="0"/>
              <w:rPr>
                <w:rFonts w:hint="eastAsia"/>
              </w:rPr>
            </w:pPr>
            <w:r>
              <w:t> </w:t>
            </w:r>
          </w:p>
          <w:p w:rsidR="00532206" w:rsidRDefault="00DF42DD">
            <w:pPr>
              <w:spacing w:after="0"/>
              <w:rPr>
                <w:rFonts w:hint="eastAsia"/>
              </w:rPr>
            </w:pPr>
            <w:r>
              <w:t> </w:t>
            </w:r>
          </w:p>
        </w:tc>
      </w:tr>
    </w:tbl>
    <w:p w:rsidR="00532206" w:rsidRDefault="00532206">
      <w:pPr>
        <w:spacing w:after="20"/>
        <w:rPr>
          <w:rFonts w:hint="eastAsia"/>
        </w:rPr>
      </w:pPr>
    </w:p>
    <w:tbl>
      <w:tblPr>
        <w:tblW w:w="0" w:type="auto"/>
        <w:jc w:val="center"/>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4A0" w:firstRow="1" w:lastRow="0" w:firstColumn="1" w:lastColumn="0" w:noHBand="0" w:noVBand="1"/>
      </w:tblPr>
      <w:tblGrid>
        <w:gridCol w:w="9619"/>
      </w:tblGrid>
      <w:tr w:rsidR="00532206">
        <w:trPr>
          <w:cantSplit/>
          <w:jc w:val="center"/>
        </w:trPr>
        <w:tc>
          <w:tcPr>
            <w:tcW w:w="9619" w:type="dxa"/>
            <w:shd w:val="clear" w:color="auto" w:fill="D9EAF7"/>
            <w:tcMar>
              <w:top w:w="110" w:type="dxa"/>
              <w:left w:w="120" w:type="dxa"/>
              <w:bottom w:w="110" w:type="dxa"/>
              <w:right w:w="120" w:type="dxa"/>
            </w:tcMar>
          </w:tcPr>
          <w:p w:rsidR="00532206" w:rsidRDefault="00DF42DD">
            <w:pPr>
              <w:spacing w:after="0"/>
              <w:rPr>
                <w:rFonts w:hint="eastAsia"/>
              </w:rPr>
            </w:pPr>
            <w:r>
              <w:rPr>
                <w:b/>
                <w:sz w:val="19"/>
              </w:rPr>
              <w:t>Drugi podatki, pomembni za kandidaturo</w:t>
            </w:r>
            <w:r>
              <w:rPr>
                <w:color w:val="505050"/>
                <w:sz w:val="18"/>
              </w:rPr>
              <w:t xml:space="preserve">  Po želji navedite teritorialno povezanost, delo z mladimi, izkušnje sodelovanja ali druge relevantne okoliščine.</w:t>
            </w:r>
          </w:p>
        </w:tc>
      </w:tr>
      <w:tr w:rsidR="00532206">
        <w:trPr>
          <w:cantSplit/>
          <w:jc w:val="center"/>
        </w:trPr>
        <w:tc>
          <w:tcPr>
            <w:tcW w:w="9619" w:type="dxa"/>
            <w:tcMar>
              <w:top w:w="90" w:type="dxa"/>
              <w:left w:w="120" w:type="dxa"/>
              <w:bottom w:w="90" w:type="dxa"/>
              <w:right w:w="120" w:type="dxa"/>
            </w:tcMar>
          </w:tcPr>
          <w:p w:rsidR="00532206" w:rsidRDefault="00DF42DD">
            <w:pPr>
              <w:spacing w:after="0"/>
              <w:rPr>
                <w:rFonts w:hint="eastAsia"/>
              </w:rPr>
            </w:pPr>
            <w:r>
              <w:t> </w:t>
            </w:r>
          </w:p>
          <w:p w:rsidR="00532206" w:rsidRDefault="00DF42DD">
            <w:pPr>
              <w:spacing w:after="0"/>
              <w:rPr>
                <w:rFonts w:hint="eastAsia"/>
              </w:rPr>
            </w:pPr>
            <w:r>
              <w:t> </w:t>
            </w:r>
          </w:p>
          <w:p w:rsidR="00532206" w:rsidRDefault="00DF42DD">
            <w:pPr>
              <w:spacing w:after="0"/>
              <w:rPr>
                <w:rFonts w:hint="eastAsia"/>
              </w:rPr>
            </w:pPr>
            <w:r>
              <w:t> </w:t>
            </w:r>
          </w:p>
          <w:p w:rsidR="00532206" w:rsidRDefault="00DF42DD">
            <w:pPr>
              <w:spacing w:after="0"/>
              <w:rPr>
                <w:rFonts w:hint="eastAsia"/>
              </w:rPr>
            </w:pPr>
            <w:r>
              <w:t> </w:t>
            </w:r>
          </w:p>
        </w:tc>
      </w:tr>
    </w:tbl>
    <w:p w:rsidR="00532206" w:rsidRDefault="00532206">
      <w:pPr>
        <w:spacing w:after="20"/>
        <w:rPr>
          <w:rFonts w:hint="eastAsia"/>
        </w:rPr>
      </w:pPr>
    </w:p>
    <w:p w:rsidR="00532206" w:rsidRDefault="00DF42DD">
      <w:pPr>
        <w:rPr>
          <w:rFonts w:hint="eastAsia"/>
        </w:rPr>
      </w:pPr>
      <w:r>
        <w:br w:type="page"/>
      </w:r>
    </w:p>
    <w:p w:rsidR="00532206" w:rsidRDefault="00DF42DD">
      <w:pPr>
        <w:pStyle w:val="Heading1"/>
        <w:spacing w:before="160" w:after="100"/>
      </w:pPr>
      <w:r>
        <w:rPr>
          <w:rFonts w:ascii="Aptos Display" w:hAnsi="Aptos Display"/>
        </w:rPr>
        <w:t>5 Izjave kandidata</w:t>
      </w:r>
    </w:p>
    <w:p w:rsidR="00532206" w:rsidRDefault="00DF42DD">
      <w:pPr>
        <w:spacing w:after="140" w:line="259" w:lineRule="auto"/>
        <w:rPr>
          <w:rFonts w:hint="eastAsia"/>
        </w:rPr>
      </w:pPr>
      <w:r>
        <w:t>Kandidat s podpisom potrjuje naslednje izjave. Vsako izjavo je treba označiti.</w:t>
      </w:r>
    </w:p>
    <w:p w:rsidR="00532206" w:rsidRDefault="00DF42DD">
      <w:pPr>
        <w:spacing w:after="100" w:line="252" w:lineRule="auto"/>
        <w:ind w:left="72" w:hanging="72"/>
        <w:rPr>
          <w:rFonts w:hint="eastAsia"/>
        </w:rPr>
      </w:pPr>
      <w:r>
        <w:rPr>
          <w:b/>
        </w:rPr>
        <w:t xml:space="preserve">☐  1. </w:t>
      </w:r>
      <w:r>
        <w:t>Soglašam s kandidaturo za označeni organ oziroma organa LASR Feral.</w:t>
      </w:r>
    </w:p>
    <w:p w:rsidR="00532206" w:rsidRDefault="00DF42DD">
      <w:pPr>
        <w:spacing w:after="100" w:line="252" w:lineRule="auto"/>
        <w:ind w:left="72" w:hanging="72"/>
        <w:rPr>
          <w:rFonts w:hint="eastAsia"/>
        </w:rPr>
      </w:pPr>
      <w:r>
        <w:rPr>
          <w:b/>
        </w:rPr>
        <w:t xml:space="preserve">☐  2. </w:t>
      </w:r>
      <w:r>
        <w:t>Sem član LASR Feral oziroma zakoniti ali pooblaščeni predstavnik pravne osebe, ki je član LASR Feral.</w:t>
      </w:r>
    </w:p>
    <w:p w:rsidR="00532206" w:rsidRDefault="00DF42DD">
      <w:pPr>
        <w:spacing w:after="100" w:line="252" w:lineRule="auto"/>
        <w:ind w:left="72" w:hanging="72"/>
        <w:rPr>
          <w:rFonts w:hint="eastAsia"/>
        </w:rPr>
      </w:pPr>
      <w:r>
        <w:rPr>
          <w:b/>
        </w:rPr>
        <w:t xml:space="preserve">☐  3. </w:t>
      </w:r>
      <w:r>
        <w:t>Izpolnjujem pogoje interesne skupine, za katero kandidiram, in so podatki v tem obrazcu resnični ter popolni.</w:t>
      </w:r>
    </w:p>
    <w:p w:rsidR="00532206" w:rsidRDefault="00DF42DD">
      <w:pPr>
        <w:spacing w:after="100" w:line="252" w:lineRule="auto"/>
        <w:ind w:left="72" w:hanging="72"/>
        <w:rPr>
          <w:rFonts w:hint="eastAsia"/>
        </w:rPr>
      </w:pPr>
      <w:r>
        <w:rPr>
          <w:b/>
        </w:rPr>
        <w:t xml:space="preserve">☐  4. </w:t>
      </w:r>
      <w:r>
        <w:t>Če bom izvoljen, bom redno sodeloval pri delu organa, ravnal odgovorno in odločal nepristransko ter v korist LASR Feral.</w:t>
      </w:r>
    </w:p>
    <w:p w:rsidR="00532206" w:rsidRDefault="00DF42DD">
      <w:pPr>
        <w:spacing w:after="100" w:line="252" w:lineRule="auto"/>
        <w:ind w:left="72" w:hanging="72"/>
        <w:rPr>
          <w:rFonts w:hint="eastAsia"/>
        </w:rPr>
      </w:pPr>
      <w:r>
        <w:rPr>
          <w:b/>
        </w:rPr>
        <w:t xml:space="preserve">☐  5. </w:t>
      </w:r>
      <w:r>
        <w:t>Seznanjen sem, da član Ocenjevalne komisije ne more biti hkrati član Upravnega ali Nadzornega odbora.</w:t>
      </w:r>
    </w:p>
    <w:p w:rsidR="00532206" w:rsidRDefault="00DF42DD">
      <w:pPr>
        <w:spacing w:after="100" w:line="252" w:lineRule="auto"/>
        <w:ind w:left="72" w:hanging="72"/>
        <w:rPr>
          <w:rFonts w:hint="eastAsia"/>
        </w:rPr>
      </w:pPr>
      <w:r>
        <w:rPr>
          <w:b/>
        </w:rPr>
        <w:t xml:space="preserve">☐  6. </w:t>
      </w:r>
      <w:r>
        <w:t>Če sem član Ocenjevalne komisije in bom izvoljen v Upravni ali Nadzorni odbor, bom pred nastopom mandata prenehal opravljati funkcijo v Ocenjevalni komisiji.</w:t>
      </w:r>
    </w:p>
    <w:p w:rsidR="00532206" w:rsidRDefault="00DF42DD">
      <w:pPr>
        <w:spacing w:after="100" w:line="252" w:lineRule="auto"/>
        <w:ind w:left="72" w:hanging="72"/>
        <w:rPr>
          <w:rFonts w:hint="eastAsia"/>
        </w:rPr>
      </w:pPr>
      <w:r>
        <w:rPr>
          <w:b/>
        </w:rPr>
        <w:t xml:space="preserve">☐  7. </w:t>
      </w:r>
      <w:r>
        <w:t>Če kandidiram za Nadzorni odbor, izjavljam, da ob nastopu mandata ne bom hkrati član Upravnega odbora, oseba, ki za LASR opravlja pravne ali finančno-računovodske posle, ali oseba, zaposlena pri vodilnem partnerju.</w:t>
      </w:r>
    </w:p>
    <w:p w:rsidR="00532206" w:rsidRDefault="00DF42DD">
      <w:pPr>
        <w:spacing w:after="100" w:line="252" w:lineRule="auto"/>
        <w:ind w:left="72" w:hanging="72"/>
        <w:rPr>
          <w:rFonts w:hint="eastAsia"/>
        </w:rPr>
      </w:pPr>
      <w:r>
        <w:rPr>
          <w:b/>
        </w:rPr>
        <w:t xml:space="preserve">☐  8. </w:t>
      </w:r>
      <w:r>
        <w:t>Če kandidiram za oba organa, bom pred volitvami izbral eno kandidaturo oziroma soglašam, da se ob moji izvolitvi v Upravni odbor moja kandidatura za Nadzorni odbor umakne.</w:t>
      </w:r>
    </w:p>
    <w:p w:rsidR="00532206" w:rsidRDefault="00DF42DD">
      <w:pPr>
        <w:spacing w:after="100" w:line="252" w:lineRule="auto"/>
        <w:ind w:left="72" w:hanging="72"/>
        <w:rPr>
          <w:rFonts w:hint="eastAsia"/>
        </w:rPr>
      </w:pPr>
      <w:r>
        <w:rPr>
          <w:b/>
        </w:rPr>
        <w:t xml:space="preserve">☐  9. </w:t>
      </w:r>
      <w:r>
        <w:t>Razkril sem vse meni znane okoliščine, ki bi lahko povzročile trajnejše nasprotje interesov ali vplivale na neodvisno opravljanje funkcije.</w:t>
      </w:r>
    </w:p>
    <w:p w:rsidR="00532206" w:rsidRDefault="00DF42DD">
      <w:pPr>
        <w:spacing w:after="100" w:line="252" w:lineRule="auto"/>
        <w:ind w:left="72" w:hanging="72"/>
        <w:rPr>
          <w:rFonts w:hint="eastAsia"/>
        </w:rPr>
      </w:pPr>
      <w:r>
        <w:rPr>
          <w:b/>
        </w:rPr>
        <w:t xml:space="preserve">☐  10. </w:t>
      </w:r>
      <w:r>
        <w:t>Soglašam z obdelavo osebnih podatkov za evidentiranje kandidature, preverjanje pogojev, pripravo gradiva, izvedbo volitev in vodenje dokumentacije postopka.</w:t>
      </w:r>
    </w:p>
    <w:p w:rsidR="00532206" w:rsidRDefault="00DF42DD">
      <w:pPr>
        <w:spacing w:after="100" w:line="252" w:lineRule="auto"/>
        <w:ind w:left="72" w:hanging="72"/>
        <w:rPr>
          <w:rFonts w:hint="eastAsia"/>
        </w:rPr>
      </w:pPr>
      <w:r>
        <w:rPr>
          <w:b/>
        </w:rPr>
        <w:t xml:space="preserve">☐  11. </w:t>
      </w:r>
      <w:r>
        <w:t>Soglašam, da se moje ime in priimek, organizacija, interesna skupina ter kratka predstavitev posredujejo članom LASR Feral oziroma vključijo v gradivo za skupščino. Kontaktni podatki in podpisi se ne objavijo.</w:t>
      </w:r>
    </w:p>
    <w:p w:rsidR="00532206" w:rsidRDefault="00DF42DD">
      <w:pPr>
        <w:pStyle w:val="Heading2"/>
        <w:spacing w:before="140" w:after="60"/>
      </w:pPr>
      <w:r>
        <w:rPr>
          <w:rFonts w:ascii="Aptos Display" w:hAnsi="Aptos Display"/>
        </w:rPr>
        <w:t>5.1 Članstvo v Ocenjevalni komisiji</w:t>
      </w:r>
    </w:p>
    <w:p w:rsidR="00532206" w:rsidRDefault="00DF42DD">
      <w:pPr>
        <w:spacing w:after="60"/>
        <w:ind w:left="72"/>
        <w:rPr>
          <w:rFonts w:hint="eastAsia"/>
        </w:rPr>
      </w:pPr>
      <w:r>
        <w:rPr>
          <w:sz w:val="22"/>
        </w:rPr>
        <w:t xml:space="preserve">☐  </w:t>
      </w:r>
      <w:r>
        <w:rPr>
          <w:sz w:val="21"/>
        </w:rPr>
        <w:t>Nisem član Ocenjevalne komisije LASR Feral.</w:t>
      </w:r>
    </w:p>
    <w:p w:rsidR="00532206" w:rsidRDefault="00DF42DD">
      <w:pPr>
        <w:spacing w:after="60"/>
        <w:ind w:left="72"/>
        <w:rPr>
          <w:rFonts w:hint="eastAsia"/>
        </w:rPr>
      </w:pPr>
      <w:r>
        <w:rPr>
          <w:sz w:val="22"/>
        </w:rPr>
        <w:t xml:space="preserve">☐  </w:t>
      </w:r>
      <w:r>
        <w:rPr>
          <w:sz w:val="21"/>
        </w:rPr>
        <w:t>Sem član Ocenjevalne komisije LASR Feral in se zavezujem, da bom ob izvolitvi pred nastopom mandata prenehal opravljati to funkcijo.</w:t>
      </w:r>
    </w:p>
    <w:p w:rsidR="00532206" w:rsidRDefault="00DF42DD">
      <w:pPr>
        <w:rPr>
          <w:rFonts w:hint="eastAsia"/>
        </w:rPr>
      </w:pPr>
      <w:r>
        <w:br w:type="page"/>
      </w:r>
    </w:p>
    <w:p w:rsidR="00532206" w:rsidRDefault="00DF42DD">
      <w:pPr>
        <w:pStyle w:val="Heading1"/>
        <w:spacing w:before="160" w:after="100"/>
      </w:pPr>
      <w:r>
        <w:rPr>
          <w:rFonts w:ascii="Aptos Display" w:hAnsi="Aptos Display"/>
        </w:rPr>
        <w:t>6 Razkritje okoliščin in odprava nezdružljivosti</w:t>
      </w:r>
    </w:p>
    <w:tbl>
      <w:tblPr>
        <w:tblW w:w="0" w:type="auto"/>
        <w:jc w:val="center"/>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4A0" w:firstRow="1" w:lastRow="0" w:firstColumn="1" w:lastColumn="0" w:noHBand="0" w:noVBand="1"/>
      </w:tblPr>
      <w:tblGrid>
        <w:gridCol w:w="9619"/>
      </w:tblGrid>
      <w:tr w:rsidR="00532206">
        <w:trPr>
          <w:cantSplit/>
          <w:jc w:val="center"/>
        </w:trPr>
        <w:tc>
          <w:tcPr>
            <w:tcW w:w="9619" w:type="dxa"/>
            <w:shd w:val="clear" w:color="auto" w:fill="D9EAF7"/>
            <w:tcMar>
              <w:top w:w="110" w:type="dxa"/>
              <w:left w:w="120" w:type="dxa"/>
              <w:bottom w:w="110" w:type="dxa"/>
              <w:right w:w="120" w:type="dxa"/>
            </w:tcMar>
          </w:tcPr>
          <w:p w:rsidR="00532206" w:rsidRDefault="00DF42DD">
            <w:pPr>
              <w:spacing w:after="0"/>
              <w:rPr>
                <w:rFonts w:hint="eastAsia"/>
              </w:rPr>
            </w:pPr>
            <w:r>
              <w:rPr>
                <w:b/>
                <w:sz w:val="19"/>
              </w:rPr>
              <w:t>Okoliščine, ki bi lahko povzročile trajnejše nasprotje interesov</w:t>
            </w:r>
            <w:r>
              <w:rPr>
                <w:color w:val="505050"/>
                <w:sz w:val="18"/>
              </w:rPr>
              <w:t xml:space="preserve">  Če takšnih okoliščin ni, napišite ni.</w:t>
            </w:r>
          </w:p>
        </w:tc>
      </w:tr>
      <w:tr w:rsidR="00532206">
        <w:trPr>
          <w:cantSplit/>
          <w:jc w:val="center"/>
        </w:trPr>
        <w:tc>
          <w:tcPr>
            <w:tcW w:w="9619" w:type="dxa"/>
            <w:tcMar>
              <w:top w:w="90" w:type="dxa"/>
              <w:left w:w="120" w:type="dxa"/>
              <w:bottom w:w="90" w:type="dxa"/>
              <w:right w:w="120" w:type="dxa"/>
            </w:tcMar>
          </w:tcPr>
          <w:p w:rsidR="00532206" w:rsidRDefault="00DF42DD">
            <w:pPr>
              <w:spacing w:after="0"/>
              <w:rPr>
                <w:rFonts w:hint="eastAsia"/>
              </w:rPr>
            </w:pPr>
            <w:r>
              <w:t> </w:t>
            </w:r>
          </w:p>
          <w:p w:rsidR="00532206" w:rsidRDefault="00DF42DD">
            <w:pPr>
              <w:spacing w:after="0"/>
              <w:rPr>
                <w:rFonts w:hint="eastAsia"/>
              </w:rPr>
            </w:pPr>
            <w:r>
              <w:t> </w:t>
            </w:r>
          </w:p>
          <w:p w:rsidR="00532206" w:rsidRDefault="00DF42DD">
            <w:pPr>
              <w:spacing w:after="0"/>
              <w:rPr>
                <w:rFonts w:hint="eastAsia"/>
              </w:rPr>
            </w:pPr>
            <w:r>
              <w:t> </w:t>
            </w:r>
          </w:p>
          <w:p w:rsidR="00532206" w:rsidRDefault="00DF42DD">
            <w:pPr>
              <w:spacing w:after="0"/>
              <w:rPr>
                <w:rFonts w:hint="eastAsia"/>
              </w:rPr>
            </w:pPr>
            <w:r>
              <w:t> </w:t>
            </w:r>
          </w:p>
        </w:tc>
      </w:tr>
    </w:tbl>
    <w:p w:rsidR="00532206" w:rsidRDefault="00532206">
      <w:pPr>
        <w:spacing w:after="20"/>
        <w:rPr>
          <w:rFonts w:hint="eastAsia"/>
        </w:rPr>
      </w:pPr>
    </w:p>
    <w:tbl>
      <w:tblPr>
        <w:tblW w:w="0" w:type="auto"/>
        <w:jc w:val="center"/>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4A0" w:firstRow="1" w:lastRow="0" w:firstColumn="1" w:lastColumn="0" w:noHBand="0" w:noVBand="1"/>
      </w:tblPr>
      <w:tblGrid>
        <w:gridCol w:w="9619"/>
      </w:tblGrid>
      <w:tr w:rsidR="00532206">
        <w:trPr>
          <w:cantSplit/>
          <w:jc w:val="center"/>
        </w:trPr>
        <w:tc>
          <w:tcPr>
            <w:tcW w:w="9619" w:type="dxa"/>
            <w:shd w:val="clear" w:color="auto" w:fill="D9EAF7"/>
            <w:tcMar>
              <w:top w:w="110" w:type="dxa"/>
              <w:left w:w="120" w:type="dxa"/>
              <w:bottom w:w="110" w:type="dxa"/>
              <w:right w:w="120" w:type="dxa"/>
            </w:tcMar>
          </w:tcPr>
          <w:p w:rsidR="00532206" w:rsidRDefault="00DF42DD">
            <w:pPr>
              <w:spacing w:after="0"/>
              <w:rPr>
                <w:rFonts w:hint="eastAsia"/>
              </w:rPr>
            </w:pPr>
            <w:r>
              <w:rPr>
                <w:b/>
                <w:sz w:val="19"/>
              </w:rPr>
              <w:t>Obstoječa nezdružljiva funkcija in način njene odprave</w:t>
            </w:r>
            <w:r>
              <w:rPr>
                <w:color w:val="505050"/>
                <w:sz w:val="18"/>
              </w:rPr>
              <w:t xml:space="preserve">  Če nezdružljivosti ni, napišite ni. Če obstaja, navedite funkcijo in rok, do katerega jo boste prenehali opravljati.</w:t>
            </w:r>
          </w:p>
        </w:tc>
      </w:tr>
      <w:tr w:rsidR="00532206">
        <w:trPr>
          <w:cantSplit/>
          <w:jc w:val="center"/>
        </w:trPr>
        <w:tc>
          <w:tcPr>
            <w:tcW w:w="9619" w:type="dxa"/>
            <w:tcMar>
              <w:top w:w="90" w:type="dxa"/>
              <w:left w:w="120" w:type="dxa"/>
              <w:bottom w:w="90" w:type="dxa"/>
              <w:right w:w="120" w:type="dxa"/>
            </w:tcMar>
          </w:tcPr>
          <w:p w:rsidR="00532206" w:rsidRDefault="00DF42DD">
            <w:pPr>
              <w:spacing w:after="0"/>
              <w:rPr>
                <w:rFonts w:hint="eastAsia"/>
              </w:rPr>
            </w:pPr>
            <w:r>
              <w:t> </w:t>
            </w:r>
          </w:p>
          <w:p w:rsidR="00532206" w:rsidRDefault="00DF42DD">
            <w:pPr>
              <w:spacing w:after="0"/>
              <w:rPr>
                <w:rFonts w:hint="eastAsia"/>
              </w:rPr>
            </w:pPr>
            <w:r>
              <w:t> </w:t>
            </w:r>
          </w:p>
          <w:p w:rsidR="00532206" w:rsidRDefault="00DF42DD">
            <w:pPr>
              <w:spacing w:after="0"/>
              <w:rPr>
                <w:rFonts w:hint="eastAsia"/>
              </w:rPr>
            </w:pPr>
            <w:r>
              <w:t> </w:t>
            </w:r>
          </w:p>
          <w:p w:rsidR="00532206" w:rsidRDefault="00DF42DD">
            <w:pPr>
              <w:spacing w:after="0"/>
              <w:rPr>
                <w:rFonts w:hint="eastAsia"/>
              </w:rPr>
            </w:pPr>
            <w:r>
              <w:t> </w:t>
            </w:r>
          </w:p>
        </w:tc>
      </w:tr>
    </w:tbl>
    <w:p w:rsidR="00532206" w:rsidRDefault="00532206">
      <w:pPr>
        <w:spacing w:after="20"/>
        <w:rPr>
          <w:rFonts w:hint="eastAsia"/>
        </w:rPr>
      </w:pPr>
    </w:p>
    <w:p w:rsidR="00532206" w:rsidRDefault="00DF42DD">
      <w:pPr>
        <w:pStyle w:val="Heading1"/>
        <w:spacing w:before="160" w:after="100"/>
      </w:pPr>
      <w:r>
        <w:rPr>
          <w:rFonts w:ascii="Aptos Display" w:hAnsi="Aptos Display"/>
        </w:rPr>
        <w:t>7 Priloge</w:t>
      </w:r>
    </w:p>
    <w:p w:rsidR="00532206" w:rsidRDefault="00DF42DD">
      <w:pPr>
        <w:spacing w:after="60"/>
        <w:ind w:left="72"/>
        <w:rPr>
          <w:rFonts w:hint="eastAsia"/>
        </w:rPr>
      </w:pPr>
      <w:r>
        <w:rPr>
          <w:sz w:val="22"/>
        </w:rPr>
        <w:t xml:space="preserve">☐  </w:t>
      </w:r>
      <w:r>
        <w:rPr>
          <w:sz w:val="21"/>
        </w:rPr>
        <w:t>Pooblastilo za zastopanje člana LASR, kadar kandidat ali podpisnik ni zakoniti zastopnik.</w:t>
      </w:r>
    </w:p>
    <w:p w:rsidR="00532206" w:rsidRDefault="00DF42DD">
      <w:pPr>
        <w:spacing w:after="60"/>
        <w:ind w:left="72"/>
        <w:rPr>
          <w:rFonts w:hint="eastAsia"/>
        </w:rPr>
      </w:pPr>
      <w:r>
        <w:rPr>
          <w:sz w:val="22"/>
        </w:rPr>
        <w:t xml:space="preserve">☐  </w:t>
      </w:r>
      <w:r>
        <w:rPr>
          <w:sz w:val="21"/>
        </w:rPr>
        <w:t>Drugo dokazilo ali pojasnilo: __________________________________________________________</w:t>
      </w:r>
    </w:p>
    <w:p w:rsidR="00532206" w:rsidRDefault="00DF42DD">
      <w:pPr>
        <w:pStyle w:val="Heading1"/>
        <w:spacing w:before="160" w:after="100"/>
      </w:pPr>
      <w:r>
        <w:rPr>
          <w:rFonts w:ascii="Aptos Display" w:hAnsi="Aptos Display"/>
        </w:rPr>
        <w:t>8 Podpisi</w:t>
      </w:r>
    </w:p>
    <w:p w:rsidR="00532206" w:rsidRDefault="00DF42DD" w:rsidP="00643C06">
      <w:pPr>
        <w:spacing w:after="140" w:line="259" w:lineRule="auto"/>
        <w:jc w:val="both"/>
        <w:rPr>
          <w:rFonts w:hint="eastAsia"/>
        </w:rPr>
      </w:pPr>
      <w:bookmarkStart w:id="0" w:name="_GoBack"/>
      <w:r>
        <w:t>S podpisom predlagatelj potrjuje vložitev predloga, kandidat pa potrjuje soglasje h kandidaturi, resničnost podatkov in vse označene izjave. Pri kandidaturi na lastni predlog se kandidat podpiše v obeh stolpcih.</w:t>
      </w:r>
    </w:p>
    <w:tbl>
      <w:tblPr>
        <w:tblW w:w="0" w:type="auto"/>
        <w:jc w:val="center"/>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4A0" w:firstRow="1" w:lastRow="0" w:firstColumn="1" w:lastColumn="0" w:noHBand="0" w:noVBand="1"/>
      </w:tblPr>
      <w:tblGrid>
        <w:gridCol w:w="4392"/>
        <w:gridCol w:w="4392"/>
      </w:tblGrid>
      <w:tr w:rsidR="00532206">
        <w:trPr>
          <w:cantSplit/>
          <w:jc w:val="center"/>
        </w:trPr>
        <w:tc>
          <w:tcPr>
            <w:tcW w:w="4392" w:type="dxa"/>
            <w:shd w:val="clear" w:color="auto" w:fill="D9EAF7"/>
            <w:tcMar>
              <w:top w:w="100" w:type="dxa"/>
              <w:left w:w="120" w:type="dxa"/>
              <w:bottom w:w="100" w:type="dxa"/>
              <w:right w:w="120" w:type="dxa"/>
            </w:tcMar>
          </w:tcPr>
          <w:bookmarkEnd w:id="0"/>
          <w:p w:rsidR="00532206" w:rsidRDefault="00DF42DD">
            <w:pPr>
              <w:rPr>
                <w:rFonts w:hint="eastAsia"/>
              </w:rPr>
            </w:pPr>
            <w:r>
              <w:rPr>
                <w:b/>
                <w:sz w:val="19"/>
              </w:rPr>
              <w:t>Kraj in datum</w:t>
            </w:r>
          </w:p>
          <w:p w:rsidR="00532206" w:rsidRDefault="00DF42DD">
            <w:pPr>
              <w:spacing w:after="0"/>
              <w:rPr>
                <w:rFonts w:hint="eastAsia"/>
              </w:rPr>
            </w:pPr>
            <w:r>
              <w:rPr>
                <w:sz w:val="18"/>
              </w:rPr>
              <w:t> </w:t>
            </w:r>
          </w:p>
        </w:tc>
        <w:tc>
          <w:tcPr>
            <w:tcW w:w="4392" w:type="dxa"/>
            <w:shd w:val="clear" w:color="auto" w:fill="D9EAF7"/>
            <w:tcMar>
              <w:top w:w="100" w:type="dxa"/>
              <w:left w:w="120" w:type="dxa"/>
              <w:bottom w:w="100" w:type="dxa"/>
              <w:right w:w="120" w:type="dxa"/>
            </w:tcMar>
          </w:tcPr>
          <w:p w:rsidR="00532206" w:rsidRDefault="00DF42DD">
            <w:pPr>
              <w:rPr>
                <w:rFonts w:hint="eastAsia"/>
              </w:rPr>
            </w:pPr>
            <w:r>
              <w:rPr>
                <w:b/>
                <w:sz w:val="19"/>
              </w:rPr>
              <w:t>Kraj in datum</w:t>
            </w:r>
          </w:p>
          <w:p w:rsidR="00532206" w:rsidRDefault="00DF42DD">
            <w:pPr>
              <w:spacing w:after="0"/>
              <w:rPr>
                <w:rFonts w:hint="eastAsia"/>
              </w:rPr>
            </w:pPr>
            <w:r>
              <w:rPr>
                <w:sz w:val="18"/>
              </w:rPr>
              <w:t> </w:t>
            </w:r>
          </w:p>
        </w:tc>
      </w:tr>
      <w:tr w:rsidR="00532206">
        <w:trPr>
          <w:cantSplit/>
          <w:jc w:val="center"/>
        </w:trPr>
        <w:tc>
          <w:tcPr>
            <w:tcW w:w="4392" w:type="dxa"/>
            <w:tcMar>
              <w:top w:w="100" w:type="dxa"/>
              <w:left w:w="120" w:type="dxa"/>
              <w:bottom w:w="100" w:type="dxa"/>
              <w:right w:w="120" w:type="dxa"/>
            </w:tcMar>
          </w:tcPr>
          <w:p w:rsidR="00532206" w:rsidRDefault="00DF42DD">
            <w:pPr>
              <w:rPr>
                <w:rFonts w:hint="eastAsia"/>
              </w:rPr>
            </w:pPr>
            <w:r>
              <w:rPr>
                <w:sz w:val="18"/>
              </w:rPr>
              <w:t>Ime in priimek podpisnika predlagatelja</w:t>
            </w:r>
          </w:p>
          <w:p w:rsidR="00532206" w:rsidRDefault="00DF42DD">
            <w:pPr>
              <w:spacing w:after="0"/>
              <w:rPr>
                <w:rFonts w:hint="eastAsia"/>
              </w:rPr>
            </w:pPr>
            <w:r>
              <w:t> </w:t>
            </w:r>
          </w:p>
          <w:p w:rsidR="00532206" w:rsidRDefault="00DF42DD">
            <w:pPr>
              <w:spacing w:after="0"/>
              <w:rPr>
                <w:rFonts w:hint="eastAsia"/>
              </w:rPr>
            </w:pPr>
            <w:r>
              <w:t> </w:t>
            </w:r>
          </w:p>
        </w:tc>
        <w:tc>
          <w:tcPr>
            <w:tcW w:w="4392" w:type="dxa"/>
            <w:tcMar>
              <w:top w:w="100" w:type="dxa"/>
              <w:left w:w="120" w:type="dxa"/>
              <w:bottom w:w="100" w:type="dxa"/>
              <w:right w:w="120" w:type="dxa"/>
            </w:tcMar>
          </w:tcPr>
          <w:p w:rsidR="00532206" w:rsidRDefault="00DF42DD">
            <w:pPr>
              <w:rPr>
                <w:rFonts w:hint="eastAsia"/>
              </w:rPr>
            </w:pPr>
            <w:r>
              <w:rPr>
                <w:sz w:val="18"/>
              </w:rPr>
              <w:t>Ime in priimek kandidata</w:t>
            </w:r>
          </w:p>
          <w:p w:rsidR="00532206" w:rsidRDefault="00DF42DD">
            <w:pPr>
              <w:spacing w:after="0"/>
              <w:rPr>
                <w:rFonts w:hint="eastAsia"/>
              </w:rPr>
            </w:pPr>
            <w:r>
              <w:t> </w:t>
            </w:r>
          </w:p>
          <w:p w:rsidR="00532206" w:rsidRDefault="00DF42DD">
            <w:pPr>
              <w:spacing w:after="0"/>
              <w:rPr>
                <w:rFonts w:hint="eastAsia"/>
              </w:rPr>
            </w:pPr>
            <w:r>
              <w:t> </w:t>
            </w:r>
          </w:p>
        </w:tc>
      </w:tr>
      <w:tr w:rsidR="00532206">
        <w:trPr>
          <w:cantSplit/>
          <w:jc w:val="center"/>
        </w:trPr>
        <w:tc>
          <w:tcPr>
            <w:tcW w:w="4392" w:type="dxa"/>
            <w:tcMar>
              <w:top w:w="100" w:type="dxa"/>
              <w:left w:w="120" w:type="dxa"/>
              <w:bottom w:w="100" w:type="dxa"/>
              <w:right w:w="120" w:type="dxa"/>
            </w:tcMar>
          </w:tcPr>
          <w:p w:rsidR="00532206" w:rsidRDefault="00DF42DD">
            <w:pPr>
              <w:rPr>
                <w:rFonts w:hint="eastAsia"/>
              </w:rPr>
            </w:pPr>
            <w:r>
              <w:rPr>
                <w:sz w:val="18"/>
              </w:rPr>
              <w:t>Podpis predlagatelja</w:t>
            </w:r>
          </w:p>
          <w:p w:rsidR="00532206" w:rsidRDefault="00DF42DD">
            <w:pPr>
              <w:spacing w:after="0"/>
              <w:rPr>
                <w:rFonts w:hint="eastAsia"/>
              </w:rPr>
            </w:pPr>
            <w:r>
              <w:t> </w:t>
            </w:r>
          </w:p>
          <w:p w:rsidR="00532206" w:rsidRDefault="00DF42DD">
            <w:pPr>
              <w:spacing w:after="0"/>
              <w:rPr>
                <w:rFonts w:hint="eastAsia"/>
              </w:rPr>
            </w:pPr>
            <w:r>
              <w:t> </w:t>
            </w:r>
          </w:p>
        </w:tc>
        <w:tc>
          <w:tcPr>
            <w:tcW w:w="4392" w:type="dxa"/>
            <w:tcMar>
              <w:top w:w="100" w:type="dxa"/>
              <w:left w:w="120" w:type="dxa"/>
              <w:bottom w:w="100" w:type="dxa"/>
              <w:right w:w="120" w:type="dxa"/>
            </w:tcMar>
          </w:tcPr>
          <w:p w:rsidR="00532206" w:rsidRDefault="00DF42DD">
            <w:pPr>
              <w:rPr>
                <w:rFonts w:hint="eastAsia"/>
              </w:rPr>
            </w:pPr>
            <w:r>
              <w:rPr>
                <w:sz w:val="18"/>
              </w:rPr>
              <w:t>Podpis kandidata</w:t>
            </w:r>
          </w:p>
          <w:p w:rsidR="00532206" w:rsidRDefault="00DF42DD">
            <w:pPr>
              <w:spacing w:after="0"/>
              <w:rPr>
                <w:rFonts w:hint="eastAsia"/>
              </w:rPr>
            </w:pPr>
            <w:r>
              <w:t> </w:t>
            </w:r>
          </w:p>
          <w:p w:rsidR="00532206" w:rsidRDefault="00DF42DD">
            <w:pPr>
              <w:spacing w:after="0"/>
              <w:rPr>
                <w:rFonts w:hint="eastAsia"/>
              </w:rPr>
            </w:pPr>
            <w:r>
              <w:t> </w:t>
            </w:r>
          </w:p>
        </w:tc>
      </w:tr>
      <w:tr w:rsidR="00532206">
        <w:trPr>
          <w:cantSplit/>
          <w:jc w:val="center"/>
        </w:trPr>
        <w:tc>
          <w:tcPr>
            <w:tcW w:w="4392" w:type="dxa"/>
            <w:tcMar>
              <w:top w:w="100" w:type="dxa"/>
              <w:left w:w="120" w:type="dxa"/>
              <w:bottom w:w="100" w:type="dxa"/>
              <w:right w:w="120" w:type="dxa"/>
            </w:tcMar>
          </w:tcPr>
          <w:p w:rsidR="00532206" w:rsidRDefault="00DF42DD">
            <w:pPr>
              <w:rPr>
                <w:rFonts w:hint="eastAsia"/>
              </w:rPr>
            </w:pPr>
            <w:r>
              <w:rPr>
                <w:sz w:val="18"/>
              </w:rPr>
              <w:t>Žig predlagatelja, če se uporablja</w:t>
            </w:r>
          </w:p>
          <w:p w:rsidR="00532206" w:rsidRDefault="00DF42DD">
            <w:pPr>
              <w:spacing w:after="0"/>
              <w:rPr>
                <w:rFonts w:hint="eastAsia"/>
              </w:rPr>
            </w:pPr>
            <w:r>
              <w:t> </w:t>
            </w:r>
          </w:p>
        </w:tc>
        <w:tc>
          <w:tcPr>
            <w:tcW w:w="4392" w:type="dxa"/>
            <w:tcMar>
              <w:top w:w="100" w:type="dxa"/>
              <w:left w:w="120" w:type="dxa"/>
              <w:bottom w:w="100" w:type="dxa"/>
              <w:right w:w="120" w:type="dxa"/>
            </w:tcMar>
          </w:tcPr>
          <w:p w:rsidR="00532206" w:rsidRDefault="00532206">
            <w:pPr>
              <w:rPr>
                <w:rFonts w:hint="eastAsia"/>
              </w:rPr>
            </w:pPr>
          </w:p>
          <w:p w:rsidR="00532206" w:rsidRDefault="00DF42DD">
            <w:pPr>
              <w:spacing w:after="0"/>
              <w:rPr>
                <w:rFonts w:hint="eastAsia"/>
              </w:rPr>
            </w:pPr>
            <w:r>
              <w:t> </w:t>
            </w:r>
          </w:p>
        </w:tc>
      </w:tr>
    </w:tbl>
    <w:p w:rsidR="00EC16F0" w:rsidRDefault="00EC16F0">
      <w:pPr>
        <w:rPr>
          <w:rFonts w:hint="eastAsia"/>
        </w:rPr>
      </w:pPr>
    </w:p>
    <w:sectPr w:rsidR="00EC16F0" w:rsidSect="00034616">
      <w:footerReference w:type="default" r:id="rId9"/>
      <w:pgSz w:w="12240" w:h="15840"/>
      <w:pgMar w:top="1080" w:right="1253" w:bottom="1037" w:left="1368"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16F0" w:rsidRDefault="00DF42DD">
      <w:pPr>
        <w:spacing w:after="0" w:line="240" w:lineRule="auto"/>
        <w:rPr>
          <w:rFonts w:hint="eastAsia"/>
        </w:rPr>
      </w:pPr>
      <w:r>
        <w:separator/>
      </w:r>
    </w:p>
  </w:endnote>
  <w:endnote w:type="continuationSeparator" w:id="0">
    <w:p w:rsidR="00EC16F0" w:rsidRDefault="00DF42DD">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ptos">
    <w:altName w:val="Times New Roman"/>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Display">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206" w:rsidRDefault="00DF42DD">
    <w:pPr>
      <w:pStyle w:val="Footer"/>
      <w:spacing w:before="60"/>
      <w:jc w:val="center"/>
      <w:rPr>
        <w:rFonts w:hint="eastAsia"/>
      </w:rPr>
    </w:pPr>
    <w:r>
      <w:rPr>
        <w:color w:val="646464"/>
        <w:sz w:val="16"/>
      </w:rPr>
      <w:t xml:space="preserve">LASR Feral  •  Prijavni obrazec  •  Stran </w:t>
    </w:r>
    <w:r>
      <w:rPr>
        <w:color w:val="646464"/>
        <w:sz w:val="16"/>
      </w:rPr>
      <w:fldChar w:fldCharType="begin"/>
    </w:r>
    <w:r>
      <w:rPr>
        <w:color w:val="646464"/>
        <w:sz w:val="16"/>
      </w:rPr>
      <w:instrText xml:space="preserve"> PAGE </w:instrText>
    </w:r>
    <w:r>
      <w:rPr>
        <w:color w:val="646464"/>
        <w:sz w:val="16"/>
      </w:rPr>
      <w:fldChar w:fldCharType="separate"/>
    </w:r>
    <w:r w:rsidR="00643C06">
      <w:rPr>
        <w:rFonts w:hint="eastAsia"/>
        <w:noProof/>
        <w:color w:val="646464"/>
        <w:sz w:val="16"/>
      </w:rPr>
      <w:t>1</w:t>
    </w:r>
    <w:r>
      <w:rPr>
        <w:color w:val="646464"/>
        <w:sz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16F0" w:rsidRDefault="00DF42DD">
      <w:pPr>
        <w:spacing w:after="0" w:line="240" w:lineRule="auto"/>
        <w:rPr>
          <w:rFonts w:hint="eastAsia"/>
        </w:rPr>
      </w:pPr>
      <w:r>
        <w:separator/>
      </w:r>
    </w:p>
  </w:footnote>
  <w:footnote w:type="continuationSeparator" w:id="0">
    <w:p w:rsidR="00EC16F0" w:rsidRDefault="00DF42DD">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B458C"/>
    <w:rsid w:val="0015074B"/>
    <w:rsid w:val="0029639D"/>
    <w:rsid w:val="00326F90"/>
    <w:rsid w:val="00532206"/>
    <w:rsid w:val="00643C06"/>
    <w:rsid w:val="00A77D64"/>
    <w:rsid w:val="00AA1D8D"/>
    <w:rsid w:val="00B47730"/>
    <w:rsid w:val="00CB0664"/>
    <w:rsid w:val="00DF42DD"/>
    <w:rsid w:val="00EC16F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9CDDFE"/>
  <w14:defaultImageDpi w14:val="300"/>
  <w15:docId w15:val="{2BCFD6DE-F136-422C-B03A-9C323E4AE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ptos" w:hAnsi="Aptos"/>
      <w:color w:val="000000"/>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b/>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43C0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redisce-rotunda.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7EFD3A-D851-4A41-84AD-DE9C9841A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848</Words>
  <Characters>4839</Characters>
  <Application>Microsoft Office Word</Application>
  <DocSecurity>0</DocSecurity>
  <Lines>40</Lines>
  <Paragraphs>11</Paragraphs>
  <ScaleCrop>false</ScaleCrop>
  <HeadingPairs>
    <vt:vector size="6" baseType="variant">
      <vt:variant>
        <vt:lpstr>Naslov</vt:lpstr>
      </vt:variant>
      <vt:variant>
        <vt:i4>1</vt:i4>
      </vt:variant>
      <vt:variant>
        <vt:lpstr>Podnaslovi</vt:lpstr>
      </vt:variant>
      <vt:variant>
        <vt:i4>11</vt:i4>
      </vt:variant>
      <vt:variant>
        <vt:lpstr>Title</vt:lpstr>
      </vt:variant>
      <vt:variant>
        <vt:i4>1</vt:i4>
      </vt:variant>
    </vt:vector>
  </HeadingPairs>
  <TitlesOfParts>
    <vt:vector size="13" baseType="lpstr">
      <vt:lpstr>Prijavni obrazec za kandidaturo v organe LASR Feral</vt:lpstr>
      <vt:lpstr>1 Podatki o predlagatelju</vt:lpstr>
      <vt:lpstr>2 Podatki o kandidatu</vt:lpstr>
      <vt:lpstr>3 Izbira organa in interesne skupine</vt:lpstr>
      <vt:lpstr>    3.1 Organ</vt:lpstr>
      <vt:lpstr>    3.2 Interesna skupina</vt:lpstr>
      <vt:lpstr>4 Predstavitev kandidata</vt:lpstr>
      <vt:lpstr>5 Izjave kandidata</vt:lpstr>
      <vt:lpstr>    5.1 Članstvo v Ocenjevalni komisiji</vt:lpstr>
      <vt:lpstr>6 Razkritje okoliščin in odprava nezdružljivosti</vt:lpstr>
      <vt:lpstr>7 Priloge</vt:lpstr>
      <vt:lpstr>8 Podpisi</vt:lpstr>
      <vt:lpstr/>
    </vt:vector>
  </TitlesOfParts>
  <Manager/>
  <Company/>
  <LinksUpToDate>false</LinksUpToDate>
  <CharactersWithSpaces>5676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Prijavni obrazec za kandidaturo v organe LASR Feral</dc:title>
  <dc:subject>Volitve članov Upravnega in Nadzornega odbora LASR Feral 2026</dc:subject>
  <dc:creator>Središče Rotunda, Koper, so. p.</dc:creator>
  <cp:keywords>LASR Feral, prijavni obrazec, Upravni odbor, Nadzorni odbor, volitve</cp:keywords>
  <dc:description>generated by python-docx</dc:description>
  <cp:lastModifiedBy>ASUS</cp:lastModifiedBy>
  <cp:revision>3</cp:revision>
  <dcterms:created xsi:type="dcterms:W3CDTF">2013-12-23T23:15:00Z</dcterms:created>
  <dcterms:modified xsi:type="dcterms:W3CDTF">2026-10-16T13:07:00Z</dcterms:modified>
  <cp:category/>
</cp:coreProperties>
</file>